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小四數學 · 課題 6 · 整除性｜教案（課 1–5）</w:t>
      </w:r>
    </w:p>
    <w:p>
      <w:r>
        <w:rPr>
          <w:b w:val="0"/>
          <w:sz w:val="22"/>
        </w:rPr>
        <w:t>來源：教育局 4N2《小學數學課程闡釋》KS2／《數學教育學習領域課程指引》補充文件；現代教育版小四課題 6。</w:t>
      </w:r>
    </w:p>
    <w:p>
      <w:r>
        <w:rPr>
          <w:b w:val="0"/>
          <w:sz w:val="22"/>
        </w:rPr>
        <w:t>範圍：只教 2／3／5／10 嘅整除性判別；唔教 4／6／8／9／11（初中）。唔要求證明。</w:t>
      </w:r>
    </w:p>
    <w:p>
      <w:r>
        <w:rPr>
          <w:b w:val="0"/>
          <w:sz w:val="22"/>
        </w:rPr>
        <w:t>對齊遊戲：「整除遠征」世界 1–5；難度淺→中→深。各課 ≤30 分鐘。</w:t>
      </w:r>
    </w:p>
    <w:p>
      <w:pPr>
        <w:pStyle w:val="Heading2"/>
      </w:pPr>
      <w:r>
        <w:t>學習目標（單元）</w:t>
      </w:r>
    </w:p>
    <w:p>
      <w:pPr>
        <w:pStyle w:val="ListBullet"/>
      </w:pPr>
      <w:r>
        <w:rPr>
          <w:sz w:val="22"/>
        </w:rPr>
        <w:t>明白「整除」：一個整數除以另一個整數，商係整數、冇餘數</w:t>
      </w:r>
    </w:p>
    <w:p>
      <w:pPr>
        <w:pStyle w:val="ListBullet"/>
      </w:pPr>
      <w:r>
        <w:rPr>
          <w:sz w:val="22"/>
        </w:rPr>
        <w:t>會用判別法判斷能否被 2、3、5、10 整除</w:t>
      </w:r>
    </w:p>
    <w:p>
      <w:pPr>
        <w:pStyle w:val="ListBullet"/>
      </w:pPr>
      <w:r>
        <w:rPr>
          <w:sz w:val="22"/>
        </w:rPr>
        <w:t>用 2 嘅整除性鞏固奇數／偶數</w:t>
      </w:r>
    </w:p>
    <w:p>
      <w:pPr>
        <w:pStyle w:val="ListBullet"/>
      </w:pPr>
      <w:r>
        <w:rPr>
          <w:sz w:val="22"/>
        </w:rPr>
        <w:t>用整除性檢查計算／解簡單應用（剛好分完）</w:t>
      </w:r>
    </w:p>
    <w:p>
      <w:pPr>
        <w:pStyle w:val="Heading2"/>
      </w:pPr>
      <w:r>
        <w:t>成功準則</w:t>
      </w:r>
    </w:p>
    <w:p>
      <w:pPr>
        <w:pStyle w:val="ListBullet"/>
      </w:pPr>
      <w:r>
        <w:rPr>
          <w:sz w:val="22"/>
        </w:rPr>
        <w:t>能口語講清楚「點知」可否整除</w:t>
      </w:r>
    </w:p>
    <w:p>
      <w:pPr>
        <w:pStyle w:val="ListBullet"/>
      </w:pPr>
      <w:r>
        <w:rPr>
          <w:sz w:val="22"/>
        </w:rPr>
        <w:t>正確判斷常見三位數（重點係規則，唔係死記）</w:t>
      </w:r>
    </w:p>
    <w:p>
      <w:pPr>
        <w:pStyle w:val="ListBullet"/>
      </w:pPr>
      <w:r>
        <w:rPr>
          <w:sz w:val="22"/>
        </w:rPr>
        <w:t>常見錯：搞亂 3 同「個位」規則；5 同 10 分唔清</w:t>
      </w:r>
    </w:p>
    <w:p>
      <w:pPr>
        <w:pStyle w:val="Heading2"/>
      </w:pPr>
      <w:r>
        <w:t>課 1　整除＋2（奇偶）｜奇偶島</w:t>
      </w:r>
    </w:p>
    <w:p>
      <w:r>
        <w:rPr>
          <w:b/>
          <w:sz w:val="22"/>
        </w:rPr>
        <w:t>目標：明白整除；用個位判能否被 2 整除；連奇偶。</w:t>
      </w:r>
    </w:p>
    <w:p>
      <w:pPr>
        <w:pStyle w:val="ListBullet"/>
      </w:pPr>
      <w:r>
        <w:rPr>
          <w:sz w:val="22"/>
        </w:rPr>
        <w:t>0–5′　出示 24÷3＝8、25÷3＝8餘1 → 引入整除／唔整除</w:t>
      </w:r>
    </w:p>
    <w:p>
      <w:pPr>
        <w:pStyle w:val="ListBullet"/>
      </w:pPr>
      <w:r>
        <w:rPr>
          <w:sz w:val="22"/>
        </w:rPr>
        <w:t>5–15′　探究哪些數÷2冇餘數；發現個位 0／2／4／6／8 → 偶數；其餘 → 奇數</w:t>
      </w:r>
    </w:p>
    <w:p>
      <w:pPr>
        <w:pStyle w:val="ListBullet"/>
      </w:pPr>
      <w:r>
        <w:rPr>
          <w:sz w:val="22"/>
        </w:rPr>
        <w:t>15–25′　淺練：一位／兩位數、個位明顯；口頭講「點知」</w:t>
      </w:r>
    </w:p>
    <w:p>
      <w:pPr>
        <w:pStyle w:val="ListBullet"/>
      </w:pPr>
      <w:r>
        <w:rPr>
          <w:sz w:val="22"/>
        </w:rPr>
        <w:t>25–30′　小結＋防錯：唔好以為要睇成個數</w:t>
      </w:r>
    </w:p>
    <w:p>
      <w:pPr>
        <w:pStyle w:val="Heading2"/>
      </w:pPr>
      <w:r>
        <w:t>課 2　5 同 10｜五角星灣</w:t>
      </w:r>
    </w:p>
    <w:p>
      <w:r>
        <w:rPr>
          <w:b/>
          <w:sz w:val="22"/>
        </w:rPr>
        <w:t>目標：個位判 5（0 或 5）、10（只得 0）；分清兩者。</w:t>
      </w:r>
    </w:p>
    <w:p>
      <w:pPr>
        <w:pStyle w:val="ListBullet"/>
      </w:pPr>
      <w:r>
        <w:rPr>
          <w:sz w:val="22"/>
        </w:rPr>
        <w:t>0–5′　重溫整除＋2；對比 30÷5、30÷10</w:t>
      </w:r>
    </w:p>
    <w:p>
      <w:pPr>
        <w:pStyle w:val="ListBullet"/>
      </w:pPr>
      <w:r>
        <w:rPr>
          <w:sz w:val="22"/>
        </w:rPr>
        <w:t>5–15′　探究尾數：5→0／5；10→淨係 0。對照：125✓5✗10、120 兩個都✓</w:t>
      </w:r>
    </w:p>
    <w:p>
      <w:pPr>
        <w:pStyle w:val="ListBullet"/>
      </w:pPr>
      <w:r>
        <w:rPr>
          <w:sz w:val="22"/>
        </w:rPr>
        <w:t>15–25′　淺→中：明顯個位 → 混入「尾 5」陷阱</w:t>
      </w:r>
    </w:p>
    <w:p>
      <w:pPr>
        <w:pStyle w:val="ListBullet"/>
      </w:pPr>
      <w:r>
        <w:rPr>
          <w:sz w:val="22"/>
        </w:rPr>
        <w:t>25–30′　小結：5 同 10 都睇個位，但 10 更嚴</w:t>
      </w:r>
    </w:p>
    <w:p>
      <w:pPr>
        <w:pStyle w:val="Heading2"/>
      </w:pPr>
      <w:r>
        <w:t>課 3　3（數字和）｜數字和山谷</w:t>
      </w:r>
    </w:p>
    <w:p>
      <w:r>
        <w:rPr>
          <w:b/>
          <w:sz w:val="22"/>
        </w:rPr>
        <w:t>目標：各位數字相加，和能被 3 整除 → 原數能被 3 整除。</w:t>
      </w:r>
    </w:p>
    <w:p>
      <w:pPr>
        <w:pStyle w:val="ListBullet"/>
      </w:pPr>
      <w:r>
        <w:rPr>
          <w:sz w:val="22"/>
        </w:rPr>
        <w:t>0–5′　重溫個位規則；問：123÷3？個位唔夠判斷</w:t>
      </w:r>
    </w:p>
    <w:p>
      <w:pPr>
        <w:pStyle w:val="ListBullet"/>
      </w:pPr>
      <w:r>
        <w:rPr>
          <w:sz w:val="22"/>
        </w:rPr>
        <w:t>5–15′　試 123、124：1+2+3=6✓、1+2+4=7✗ → 發現「數字和」；可再加一次（99→18→9）</w:t>
      </w:r>
    </w:p>
    <w:p>
      <w:pPr>
        <w:pStyle w:val="ListBullet"/>
      </w:pPr>
      <w:r>
        <w:rPr>
          <w:sz w:val="22"/>
        </w:rPr>
        <w:t>15–25′　淺：和細（12、21）；中：三位數</w:t>
      </w:r>
    </w:p>
    <w:p>
      <w:pPr>
        <w:pStyle w:val="ListBullet"/>
      </w:pPr>
      <w:r>
        <w:rPr>
          <w:sz w:val="22"/>
        </w:rPr>
        <w:t>25–30′　防錯：判 3 唔用「個位規則」</w:t>
      </w:r>
    </w:p>
    <w:p>
      <w:pPr>
        <w:pStyle w:val="Heading2"/>
      </w:pPr>
      <w:r>
        <w:t>課 4　混合練習＋簡單應用｜混合遠征（淺→深）</w:t>
      </w:r>
    </w:p>
    <w:p>
      <w:r>
        <w:rPr>
          <w:b/>
          <w:sz w:val="22"/>
        </w:rPr>
        <w:t>目標：靈活揀 2／3／5／10 規則；用嚟解「剛好分完」類情境。</w:t>
      </w:r>
    </w:p>
    <w:p>
      <w:pPr>
        <w:pStyle w:val="ListBullet"/>
      </w:pPr>
      <w:r>
        <w:rPr>
          <w:sz w:val="22"/>
        </w:rPr>
        <w:t>淺（約 8′）　兩位數、單一規則、個位好明顯</w:t>
      </w:r>
    </w:p>
    <w:p>
      <w:pPr>
        <w:pStyle w:val="ListBullet"/>
      </w:pPr>
      <w:r>
        <w:rPr>
          <w:sz w:val="22"/>
        </w:rPr>
        <w:t>中（約 10′）　三位數＋陷阱（5 vs 10；3 唔用個位）</w:t>
      </w:r>
    </w:p>
    <w:p>
      <w:pPr>
        <w:pStyle w:val="ListBullet"/>
      </w:pPr>
      <w:r>
        <w:rPr>
          <w:sz w:val="22"/>
        </w:rPr>
        <w:t>深（約 7′）　同一數問多個除數；1–2 題生活情境（分組／剛好分完）— 要講得出「點知」</w:t>
      </w:r>
    </w:p>
    <w:p>
      <w:pPr>
        <w:pStyle w:val="ListBullet"/>
      </w:pPr>
      <w:r>
        <w:rPr>
          <w:sz w:val="22"/>
        </w:rPr>
        <w:t>收尾　診斷常見錯並即時糾正</w:t>
      </w:r>
    </w:p>
    <w:p>
      <w:pPr>
        <w:pStyle w:val="Heading2"/>
      </w:pPr>
      <w:r>
        <w:t>課 5　總複習／診斷｜Boss 島</w:t>
      </w:r>
    </w:p>
    <w:p>
      <w:r>
        <w:rPr>
          <w:b/>
          <w:sz w:val="22"/>
        </w:rPr>
        <w:t>目標：四則規則綜合運用；自我檢查「點知」。</w:t>
      </w:r>
    </w:p>
    <w:p>
      <w:pPr>
        <w:pStyle w:val="ListBullet"/>
      </w:pPr>
      <w:r>
        <w:rPr>
          <w:sz w:val="22"/>
        </w:rPr>
        <w:t>0–8′　概念急轉彎：整除定義、奇偶、四則規則口頭速答</w:t>
      </w:r>
    </w:p>
    <w:p>
      <w:pPr>
        <w:pStyle w:val="ListBullet"/>
      </w:pPr>
      <w:r>
        <w:rPr>
          <w:sz w:val="22"/>
        </w:rPr>
        <w:t>8–20′　診斷卷（約 8 題）：概念＋判斷＋1 應用；每題寫／揀「用邊條規則」；跟淺→深，唔加奧數</w:t>
      </w:r>
    </w:p>
    <w:p>
      <w:pPr>
        <w:pStyle w:val="ListBullet"/>
      </w:pPr>
      <w:r>
        <w:rPr>
          <w:sz w:val="22"/>
        </w:rPr>
        <w:t>20–28′　錯題會診（對齊成功準則）</w:t>
      </w:r>
    </w:p>
    <w:p>
      <w:pPr>
        <w:pStyle w:val="ListBullet"/>
      </w:pPr>
      <w:r>
        <w:rPr>
          <w:sz w:val="22"/>
        </w:rPr>
        <w:t>28–30′　預告：溫習遊戲／測驗用同一套目標</w:t>
      </w:r>
    </w:p>
    <w:p>
      <w:pPr>
        <w:pStyle w:val="Heading2"/>
      </w:pPr>
      <w:r>
        <w:t>備註</w:t>
      </w:r>
    </w:p>
    <w:p>
      <w:pPr>
        <w:pStyle w:val="ListBullet"/>
      </w:pPr>
      <w:r>
        <w:rPr>
          <w:sz w:val="22"/>
        </w:rPr>
        <w:t>字詞：整數、整除、偶數、奇數（小學整數＝非負整數）</w:t>
      </w:r>
    </w:p>
    <w:p>
      <w:pPr>
        <w:pStyle w:val="ListBullet"/>
      </w:pPr>
      <w:r>
        <w:rPr>
          <w:sz w:val="22"/>
        </w:rPr>
        <w:t>本檔供教師備課；學生溫習用「整除遠征」遊戲同概念卡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