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小四數學・課題 6・整除性｜整除遠征設計稿</w:t>
      </w:r>
    </w:p>
    <w:p>
      <w:r>
        <w:rPr>
          <w:b w:val="0"/>
          <w:sz w:val="22"/>
        </w:rPr>
        <w:t>來源：教育局 4N2《小學數學課程闡釋》KS2；現代教育版小四課題 6。</w:t>
      </w:r>
    </w:p>
    <w:p>
      <w:r>
        <w:rPr>
          <w:b w:val="0"/>
          <w:sz w:val="22"/>
        </w:rPr>
        <w:t>範圍：只教 2／3／5／10；唔教 4／6／8／9／11。</w:t>
      </w:r>
    </w:p>
    <w:p>
      <w:r>
        <w:rPr>
          <w:b w:val="0"/>
          <w:sz w:val="22"/>
        </w:rPr>
        <w:t>畫面參考：Phonics Blox、精靈村數字遠征——選夥伴、選世界、星星／金幣、全畫面動作＋粒子、可選廣東話語音。禁平面 MCQ 卡。</w:t>
      </w:r>
    </w:p>
    <w:p>
      <w:pPr>
        <w:pStyle w:val="Heading2"/>
      </w:pPr>
      <w:r>
        <w:t>大廳</w:t>
      </w:r>
    </w:p>
    <w:p>
      <w:r>
        <w:rPr>
          <w:b w:val="0"/>
          <w:sz w:val="22"/>
        </w:rPr>
        <w:t>選 1 隻夥伴 → 五個世界地圖（順序解鎖）→ 音效／廣東話語音開關。</w:t>
      </w:r>
    </w:p>
    <w:p>
      <w:r>
        <w:rPr>
          <w:b w:val="0"/>
          <w:sz w:val="22"/>
        </w:rPr>
        <w:t>答對先過關；答錯逐步引導（先提示睇邊位／加邊啲數 → 再示範）至啱為止。</w:t>
      </w:r>
    </w:p>
    <w:p>
      <w:pPr>
        <w:pStyle w:val="Heading2"/>
      </w:pPr>
      <w:r>
        <w:t>世界 1　奇偶島（整除＋2）</w:t>
      </w:r>
    </w:p>
    <w:p>
      <w:r>
        <w:rPr>
          <w:b w:val="0"/>
          <w:sz w:val="22"/>
        </w:rPr>
        <w:t>玩法：角色衝刺／跳入「整除門」或「有餘數門」，再標奇／偶（門發光、粒子）。</w:t>
      </w:r>
    </w:p>
    <w:p>
      <w:r>
        <w:rPr>
          <w:b w:val="0"/>
          <w:sz w:val="22"/>
        </w:rPr>
        <w:t>淺：一位／兩位數、個位好明顯｜中：三位數。</w:t>
      </w:r>
    </w:p>
    <w:p>
      <w:r>
        <w:rPr>
          <w:b w:val="0"/>
          <w:sz w:val="22"/>
        </w:rPr>
        <w:t>陷阱：以為要睇成個數。</w:t>
      </w:r>
    </w:p>
    <w:p>
      <w:pPr>
        <w:pStyle w:val="Heading2"/>
      </w:pPr>
      <w:r>
        <w:t>世界 2　五角星灣（5／10）</w:t>
      </w:r>
    </w:p>
    <w:p>
      <w:r>
        <w:rPr>
          <w:b w:val="0"/>
          <w:sz w:val="22"/>
        </w:rPr>
        <w:t>玩法：把數字能量球射入 ÷5／÷10／兩個都得 寶箱；尾 5 必出陷阱關。</w:t>
      </w:r>
    </w:p>
    <w:p>
      <w:r>
        <w:rPr>
          <w:b w:val="0"/>
          <w:sz w:val="22"/>
        </w:rPr>
        <w:t>淺：個位 0 或 5 好清楚｜中：刻意混 125 vs 120。</w:t>
      </w:r>
    </w:p>
    <w:p>
      <w:pPr>
        <w:pStyle w:val="Heading2"/>
      </w:pPr>
      <w:r>
        <w:t>世界 3　數字和山谷（3）</w:t>
      </w:r>
    </w:p>
    <w:p>
      <w:r>
        <w:rPr>
          <w:b w:val="0"/>
          <w:sz w:val="22"/>
        </w:rPr>
        <w:t>玩法：撳爆各位數字磚 → 飛起相加動畫 → 和可÷3 先開傳送門（唔係睇個位）。</w:t>
      </w:r>
    </w:p>
    <w:p>
      <w:r>
        <w:rPr>
          <w:b w:val="0"/>
          <w:sz w:val="22"/>
        </w:rPr>
        <w:t>淺：和細（如 12、21）｜中：三位數；可再加一次和（如 99→18→9）。</w:t>
      </w:r>
    </w:p>
    <w:p>
      <w:pPr>
        <w:pStyle w:val="Heading2"/>
      </w:pPr>
      <w:r>
        <w:t>世界 4　混合遠征（淺→深同一條路）</w:t>
      </w:r>
    </w:p>
    <w:p>
      <w:r>
        <w:rPr>
          <w:b w:val="0"/>
          <w:sz w:val="22"/>
        </w:rPr>
        <w:t>淺：兩位、單一規則、個位明顯。</w:t>
      </w:r>
    </w:p>
    <w:p>
      <w:r>
        <w:rPr>
          <w:b w:val="0"/>
          <w:sz w:val="22"/>
        </w:rPr>
        <w:t>中：三位數＋陷阱（5 vs 10；3 唔用個位）。</w:t>
      </w:r>
    </w:p>
    <w:p>
      <w:r>
        <w:rPr>
          <w:b w:val="0"/>
          <w:sz w:val="22"/>
        </w:rPr>
        <w:t>深：同一數問多個除數；1–2 題生活畫面（分曲奇／排隊成組——圖多字少，「可唔可以剛好分完？」）。</w:t>
      </w:r>
    </w:p>
    <w:p>
      <w:pPr>
        <w:pStyle w:val="Heading2"/>
      </w:pPr>
      <w:r>
        <w:t>世界 5　Boss 島（總複習）</w:t>
      </w:r>
    </w:p>
    <w:p>
      <w:r>
        <w:rPr>
          <w:b w:val="0"/>
          <w:sz w:val="22"/>
        </w:rPr>
        <w:t>Boss 出混合題；每題必揀「用邊條規則」先扣血。錯題回放對齊常見錯。</w:t>
      </w:r>
    </w:p>
    <w:p>
      <w:pPr>
        <w:pStyle w:val="Heading2"/>
      </w:pPr>
      <w:r>
        <w:t>難度階梯（硬性）</w:t>
      </w:r>
    </w:p>
    <w:p>
      <w:r>
        <w:rPr>
          <w:b w:val="0"/>
          <w:sz w:val="22"/>
        </w:rPr>
        <w:t>淺 → 中 → 深；深層仍要口語講得出「點知」，唔加奧數。</w:t>
      </w:r>
    </w:p>
    <w:p>
      <w:r>
        <w:rPr>
          <w:b w:val="0"/>
          <w:sz w:val="22"/>
        </w:rPr>
        <w:t>成功準則：能講清楚點知；正確判常見三位數；常見錯＝搞亂 3 同個位、5 同 10 分唔清。</w:t>
      </w:r>
    </w:p>
    <w:p>
      <w:pPr>
        <w:pStyle w:val="Heading2"/>
      </w:pPr>
      <w:r>
        <w:t>收集物</w:t>
      </w:r>
    </w:p>
    <w:p>
      <w:r>
        <w:rPr>
          <w:b w:val="0"/>
          <w:sz w:val="22"/>
        </w:rPr>
        <w:t>星星（準確率）、金幣（連對）、徽章（四則規則各一）。</w:t>
      </w:r>
    </w:p>
    <w:p>
      <w:pPr>
        <w:pStyle w:val="Heading2"/>
      </w:pPr>
      <w:r>
        <w:t>每題流程（畀開發）</w:t>
      </w:r>
    </w:p>
    <w:p>
      <w:r>
        <w:rPr>
          <w:b w:val="0"/>
          <w:sz w:val="22"/>
        </w:rPr>
        <w:t>場面動作 → 判斷 → 揀規則 → 即時引導回饋。</w:t>
      </w:r>
    </w:p>
    <w:p>
      <w:r>
        <w:rPr>
          <w:b w:val="0"/>
          <w:sz w:val="22"/>
        </w:rPr>
        <w:t>對齊教案課 1–5／概念卡世界名；對齊「整除遠征」live 遊戲。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