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小四數學 · 課題6 · 整除性｜概念卡</w:t>
      </w:r>
    </w:p>
    <w:p>
      <w:r>
        <w:rPr>
          <w:b/>
        </w:rPr>
        <w:t>來源：</w:t>
      </w:r>
      <w:r>
        <w:t>教育局 4N2《小學數學課程闡釋》KS2；現代教育版小四課題6。</w:t>
        <w:br/>
      </w:r>
      <w:r>
        <w:rPr>
          <w:b/>
        </w:rPr>
        <w:t>範圍：</w:t>
      </w:r>
      <w:r>
        <w:t>只教 2／3／5／10；唔教 4／6／8／9／11。</w:t>
        <w:br/>
      </w:r>
      <w:r>
        <w:rPr>
          <w:b/>
        </w:rPr>
        <w:t>對齊：</w:t>
      </w:r>
      <w:r>
        <w:t>「整除遠征」世界1–5；例題跟淺→深。</w:t>
      </w:r>
    </w:p>
    <w:p>
      <w:pPr>
        <w:pStyle w:val="Heading1"/>
      </w:pPr>
      <w:r>
        <w:t>① 整除</w:t>
      </w:r>
    </w:p>
    <w:p>
      <w:r>
        <w:t>一個整數 ÷ 另一個整數，商係整數、冇餘數 → 可以整除。</w:t>
      </w:r>
    </w:p>
    <w:p>
      <w:r>
        <w:t>例：24÷3＝8（整除）；25÷3＝8餘1（唔整除）。</w:t>
      </w:r>
    </w:p>
    <w:p>
      <w:pPr>
        <w:pStyle w:val="Heading1"/>
      </w:pPr>
      <w:r>
        <w:t>② 被 2 整除＝偶數｜奇偶島</w:t>
      </w:r>
    </w:p>
    <w:p>
      <w:r>
        <w:t>睇個位：0／2／4／6／8 → 偶數（可÷2）；其餘 → 奇數。</w:t>
      </w:r>
    </w:p>
    <w:p>
      <w:r>
        <w:t>淺：8、24｜中：136、247</w:t>
      </w:r>
    </w:p>
    <w:p>
      <w:r>
        <w:t>陷阱：以為要睇成個數。</w:t>
      </w:r>
    </w:p>
    <w:p>
      <w:pPr>
        <w:pStyle w:val="Heading1"/>
      </w:pPr>
      <w:r>
        <w:t>③ 被 5／10 整除｜五角星灣</w:t>
      </w:r>
    </w:p>
    <w:p>
      <w:r>
        <w:t>5：個位 0 或 5｜10：個位只得 0（更嚴）。</w:t>
      </w:r>
    </w:p>
    <w:p>
      <w:r>
        <w:t>淺：50、75｜中：120（兩個都✓）、125（✓5✗10）。</w:t>
      </w:r>
    </w:p>
    <w:p>
      <w:pPr>
        <w:pStyle w:val="Heading1"/>
      </w:pPr>
      <w:r>
        <w:t>④ 被 3 整除｜數字和山谷</w:t>
      </w:r>
    </w:p>
    <w:p>
      <w:r>
        <w:t>各位數字和能被 3 整除 → 原數能被 3 整除（唔係睇個位）。</w:t>
      </w:r>
    </w:p>
    <w:p>
      <w:r>
        <w:t>淺：12→1+2=3；21→2+1=3｜中：123→6；可再加：99→18→9。</w:t>
      </w:r>
    </w:p>
    <w:p>
      <w:pPr>
        <w:pStyle w:val="Heading1"/>
      </w:pPr>
      <w:r>
        <w:t>⑤ 混合／應用｜混合遠征→Boss 島</w:t>
      </w:r>
    </w:p>
    <w:p>
      <w:r>
        <w:t>淺：兩位單一規則｜中：三位＋5／10、3 陷阱｜深：同一數問多除數；剛好分完（分組）— 要講得出「點知」。</w:t>
      </w:r>
    </w:p>
    <w:p>
      <w:pPr>
        <w:pStyle w:val="Heading1"/>
      </w:pPr>
      <w:r>
        <w:t>常見錯</w:t>
      </w:r>
    </w:p>
    <w:p>
      <w:r>
        <w:t>• 判 3 時誤用「個位規則」</w:t>
      </w:r>
    </w:p>
    <w:p>
      <w:r>
        <w:t>• 5 同 10 分唔清（尾 5：✓5✗10）</w:t>
      </w:r>
    </w:p>
    <w:p>
      <w:r>
        <w:t>• 講唔出「點知」，只靠估答案</w:t>
      </w:r>
    </w:p>
    <w:p>
      <w:pPr>
        <w:pStyle w:val="Heading1"/>
      </w:pPr>
      <w:r>
        <w:t>成功準則</w:t>
      </w:r>
    </w:p>
    <w:p>
      <w:r>
        <w:t>能口語講清楚點知可否整除；正確判斷常見三位數；唔死記答案。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